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344"/>
      </w:tblGrid>
      <w:tr w:rsidR="00491577" w14:paraId="7B6DF4FE" w14:textId="77777777">
        <w:trPr>
          <w:jc w:val="center"/>
        </w:trPr>
        <w:tc>
          <w:tcPr>
            <w:tcW w:w="2592" w:type="dxa"/>
          </w:tcPr>
          <w:p w14:paraId="0224D180" w14:textId="7AA040E9" w:rsidR="00491577" w:rsidRDefault="00491577">
            <w:pPr>
              <w:jc w:val="center"/>
            </w:pPr>
          </w:p>
        </w:tc>
        <w:tc>
          <w:tcPr>
            <w:tcW w:w="7344" w:type="dxa"/>
          </w:tcPr>
          <w:p w14:paraId="5985C1F0" w14:textId="7B8D6673" w:rsidR="00491577" w:rsidRDefault="00491577">
            <w:pPr>
              <w:spacing w:after="40"/>
              <w:jc w:val="right"/>
            </w:pPr>
          </w:p>
        </w:tc>
      </w:tr>
    </w:tbl>
    <w:p w14:paraId="445CBF31" w14:textId="77777777" w:rsidR="00491577" w:rsidRDefault="00491577">
      <w:pPr>
        <w:pBdr>
          <w:bottom w:val="single" w:sz="6" w:space="1" w:color="002B66"/>
        </w:pBdr>
        <w:spacing w:before="40"/>
      </w:pPr>
    </w:p>
    <w:p w14:paraId="351F8BA6" w14:textId="77777777" w:rsidR="00491577" w:rsidRDefault="00D4419E">
      <w:pPr>
        <w:spacing w:after="280"/>
        <w:jc w:val="center"/>
      </w:pPr>
      <w:r>
        <w:rPr>
          <w:b/>
          <w:color w:val="002B66"/>
          <w:sz w:val="23"/>
        </w:rPr>
        <w:t>MODELLO DI DOMANDA PER L'EROGAZIONE DEL "BONUS 100 E LODE"</w:t>
      </w:r>
    </w:p>
    <w:p w14:paraId="163D38C6" w14:textId="09328EF2" w:rsidR="00491577" w:rsidRDefault="00D4419E" w:rsidP="004B44CF">
      <w:pPr>
        <w:jc w:val="right"/>
        <w:rPr>
          <w:b/>
          <w:sz w:val="19"/>
        </w:rPr>
      </w:pPr>
      <w:r>
        <w:rPr>
          <w:b/>
          <w:sz w:val="19"/>
        </w:rPr>
        <w:t>AL DIRIGENTE SCOLASTICO</w:t>
      </w:r>
      <w:r>
        <w:rPr>
          <w:b/>
          <w:sz w:val="19"/>
        </w:rPr>
        <w:br/>
        <w:t>I.I.S. "</w:t>
      </w:r>
      <w:proofErr w:type="spellStart"/>
      <w:r>
        <w:rPr>
          <w:b/>
          <w:sz w:val="19"/>
        </w:rPr>
        <w:t>Cristofaro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Mennella</w:t>
      </w:r>
      <w:proofErr w:type="spellEnd"/>
      <w:r>
        <w:rPr>
          <w:b/>
          <w:sz w:val="19"/>
        </w:rPr>
        <w:t>"</w:t>
      </w:r>
      <w:r>
        <w:rPr>
          <w:b/>
          <w:sz w:val="19"/>
        </w:rPr>
        <w:br/>
        <w:t xml:space="preserve">Via Michele </w:t>
      </w:r>
      <w:proofErr w:type="spellStart"/>
      <w:r>
        <w:rPr>
          <w:b/>
          <w:sz w:val="19"/>
        </w:rPr>
        <w:t>Mazzella</w:t>
      </w:r>
      <w:proofErr w:type="spellEnd"/>
      <w:r>
        <w:rPr>
          <w:b/>
          <w:sz w:val="19"/>
        </w:rPr>
        <w:t xml:space="preserve"> n.113</w:t>
      </w:r>
      <w:r>
        <w:rPr>
          <w:b/>
          <w:sz w:val="19"/>
        </w:rPr>
        <w:t xml:space="preserve"> - 80077 Ischia (NA</w:t>
      </w:r>
      <w:proofErr w:type="gramStart"/>
      <w:r>
        <w:rPr>
          <w:b/>
          <w:sz w:val="19"/>
        </w:rPr>
        <w:t>)</w:t>
      </w:r>
      <w:proofErr w:type="gramEnd"/>
      <w:r>
        <w:rPr>
          <w:b/>
          <w:sz w:val="19"/>
        </w:rPr>
        <w:br/>
        <w:t>PEO: nais01200b</w:t>
      </w:r>
      <w:r>
        <w:rPr>
          <w:b/>
          <w:sz w:val="19"/>
        </w:rPr>
        <w:t xml:space="preserve">@istruzione.it - PEC: </w:t>
      </w:r>
      <w:hyperlink r:id="rId6" w:history="1">
        <w:r w:rsidRPr="00A773EA">
          <w:rPr>
            <w:rStyle w:val="Collegamentoipertestuale"/>
            <w:b/>
            <w:sz w:val="19"/>
          </w:rPr>
          <w:t>nais01200b@pec.istruzione.it</w:t>
        </w:r>
      </w:hyperlink>
    </w:p>
    <w:p w14:paraId="1D71F5B5" w14:textId="77777777" w:rsidR="00581659" w:rsidRDefault="00581659" w:rsidP="004B44CF">
      <w:pPr>
        <w:jc w:val="right"/>
        <w:rPr>
          <w:b/>
          <w:sz w:val="19"/>
        </w:rPr>
      </w:pPr>
    </w:p>
    <w:p w14:paraId="6675E5DA" w14:textId="77777777" w:rsidR="00581659" w:rsidRDefault="00581659" w:rsidP="004B44CF">
      <w:pPr>
        <w:jc w:val="right"/>
      </w:pPr>
    </w:p>
    <w:p w14:paraId="45B7B2C3" w14:textId="77777777" w:rsidR="00491577" w:rsidRDefault="00D4419E">
      <w:pPr>
        <w:spacing w:before="80"/>
        <w:rPr>
          <w:sz w:val="19"/>
        </w:rPr>
      </w:pPr>
      <w:proofErr w:type="spellStart"/>
      <w:r>
        <w:rPr>
          <w:b/>
          <w:sz w:val="19"/>
        </w:rPr>
        <w:t>Oggetto</w:t>
      </w:r>
      <w:proofErr w:type="spellEnd"/>
      <w:r>
        <w:rPr>
          <w:b/>
          <w:sz w:val="19"/>
        </w:rPr>
        <w:t xml:space="preserve">: </w:t>
      </w:r>
      <w:proofErr w:type="spellStart"/>
      <w:r>
        <w:rPr>
          <w:sz w:val="19"/>
        </w:rPr>
        <w:t>Richiesta</w:t>
      </w:r>
      <w:proofErr w:type="spellEnd"/>
      <w:r>
        <w:rPr>
          <w:sz w:val="19"/>
        </w:rPr>
        <w:t xml:space="preserve"> di </w:t>
      </w:r>
      <w:proofErr w:type="spellStart"/>
      <w:r>
        <w:rPr>
          <w:sz w:val="19"/>
        </w:rPr>
        <w:t>erogazione</w:t>
      </w:r>
      <w:proofErr w:type="spellEnd"/>
      <w:r>
        <w:rPr>
          <w:sz w:val="19"/>
        </w:rPr>
        <w:t xml:space="preserve"> </w:t>
      </w:r>
      <w:proofErr w:type="gramStart"/>
      <w:r>
        <w:rPr>
          <w:sz w:val="19"/>
        </w:rPr>
        <w:t>del</w:t>
      </w:r>
      <w:proofErr w:type="gramEnd"/>
      <w:r>
        <w:rPr>
          <w:sz w:val="19"/>
        </w:rPr>
        <w:t xml:space="preserve"> "Bonus 100 e Lode" - Nota </w:t>
      </w:r>
      <w:proofErr w:type="spellStart"/>
      <w:r>
        <w:rPr>
          <w:sz w:val="19"/>
        </w:rPr>
        <w:t>ministeriale</w:t>
      </w:r>
      <w:proofErr w:type="spellEnd"/>
      <w:r>
        <w:rPr>
          <w:sz w:val="19"/>
        </w:rPr>
        <w:t xml:space="preserve"> m_pi.AOODGOSV.0180242 del 13/10/2026 - A.S. 2025/2026.</w:t>
      </w:r>
    </w:p>
    <w:p w14:paraId="06D8CBDB" w14:textId="77777777" w:rsidR="00581659" w:rsidRDefault="00581659">
      <w:pPr>
        <w:spacing w:before="80"/>
      </w:pPr>
    </w:p>
    <w:p w14:paraId="3351AA79" w14:textId="0CF32954" w:rsidR="00491577" w:rsidRDefault="00D4419E">
      <w:pPr>
        <w:spacing w:after="160" w:line="312" w:lineRule="auto"/>
      </w:pPr>
      <w:r>
        <w:t xml:space="preserve">Il/La </w:t>
      </w:r>
      <w:proofErr w:type="spellStart"/>
      <w:r>
        <w:t>sottoscritto</w:t>
      </w:r>
      <w:proofErr w:type="spellEnd"/>
      <w:r>
        <w:t>/a ________________________________________________________________________</w:t>
      </w:r>
      <w:r>
        <w:t>__</w:t>
      </w:r>
      <w:r>
        <w:br/>
      </w:r>
      <w:proofErr w:type="spellStart"/>
      <w:r>
        <w:t>nato</w:t>
      </w:r>
      <w:proofErr w:type="spellEnd"/>
      <w:r>
        <w:t xml:space="preserve">/a a __________________________________________________ </w:t>
      </w:r>
      <w:proofErr w:type="spellStart"/>
      <w:r>
        <w:t>il</w:t>
      </w:r>
      <w:proofErr w:type="spellEnd"/>
      <w:r>
        <w:t xml:space="preserve"> ______________________________</w:t>
      </w:r>
      <w:r>
        <w:br/>
      </w:r>
      <w:proofErr w:type="spellStart"/>
      <w:r>
        <w:t>residente</w:t>
      </w:r>
      <w:proofErr w:type="spellEnd"/>
      <w:r>
        <w:t xml:space="preserve"> in __________________________________________________ Prov. (______) CAP ____________</w:t>
      </w:r>
      <w:r>
        <w:br/>
        <w:t>Via/Piazza ____________________________________________________</w:t>
      </w:r>
      <w:r>
        <w:t>_______ n. __________________</w:t>
      </w:r>
      <w:r>
        <w:br/>
      </w: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: |__|__|__|__|__|__|__|__|__|__|__|__|__|__|__|__|</w:t>
      </w:r>
      <w:r>
        <w:br/>
      </w:r>
      <w:proofErr w:type="spellStart"/>
      <w:r>
        <w:t>Recapito</w:t>
      </w:r>
      <w:proofErr w:type="spellEnd"/>
      <w:r>
        <w:t xml:space="preserve"> </w:t>
      </w:r>
      <w:proofErr w:type="spellStart"/>
      <w:r>
        <w:t>telefonico</w:t>
      </w:r>
      <w:proofErr w:type="spellEnd"/>
      <w:r>
        <w:t>: ___________________________ Email: ________________________________________</w:t>
      </w:r>
    </w:p>
    <w:p w14:paraId="5F05B04F" w14:textId="77777777" w:rsidR="00491577" w:rsidRDefault="00D4419E" w:rsidP="004B44CF">
      <w:pPr>
        <w:spacing w:before="120" w:after="80"/>
        <w:jc w:val="center"/>
      </w:pPr>
      <w:r>
        <w:rPr>
          <w:b/>
          <w:sz w:val="21"/>
        </w:rPr>
        <w:t>CHIEDE</w:t>
      </w:r>
    </w:p>
    <w:p w14:paraId="7849A40F" w14:textId="77777777" w:rsidR="00491577" w:rsidRDefault="00D4419E">
      <w:pPr>
        <w:spacing w:after="160"/>
        <w:jc w:val="both"/>
      </w:pPr>
      <w:proofErr w:type="spellStart"/>
      <w:proofErr w:type="gramStart"/>
      <w:r>
        <w:t>l'erogazione</w:t>
      </w:r>
      <w:proofErr w:type="spellEnd"/>
      <w:proofErr w:type="gramEnd"/>
      <w:r>
        <w:t xml:space="preserve"> del </w:t>
      </w:r>
      <w:proofErr w:type="spellStart"/>
      <w:r>
        <w:t>beneficio</w:t>
      </w:r>
      <w:proofErr w:type="spellEnd"/>
      <w:r>
        <w:t xml:space="preserve"> </w:t>
      </w:r>
      <w:proofErr w:type="spellStart"/>
      <w:r>
        <w:t>economico</w:t>
      </w:r>
      <w:proofErr w:type="spellEnd"/>
      <w:r>
        <w:t xml:space="preserve"> </w:t>
      </w:r>
      <w:bookmarkStart w:id="0" w:name="_GoBack"/>
      <w:bookmarkEnd w:id="0"/>
      <w:r>
        <w:t>("Bonus 100 e Lode"</w:t>
      </w:r>
      <w:r>
        <w:t xml:space="preserve">) </w:t>
      </w:r>
      <w:proofErr w:type="spellStart"/>
      <w:r>
        <w:t>previsto</w:t>
      </w:r>
      <w:proofErr w:type="spellEnd"/>
      <w:r>
        <w:t xml:space="preserve"> per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meritevoli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hanno</w:t>
      </w:r>
      <w:proofErr w:type="spellEnd"/>
      <w:r>
        <w:t xml:space="preserve"> </w:t>
      </w:r>
      <w:proofErr w:type="spellStart"/>
      <w:r>
        <w:t>conseguito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diploma di </w:t>
      </w:r>
      <w:proofErr w:type="spellStart"/>
      <w:r>
        <w:t>istruzione</w:t>
      </w:r>
      <w:proofErr w:type="spellEnd"/>
      <w:r>
        <w:t xml:space="preserve"> </w:t>
      </w:r>
      <w:proofErr w:type="spellStart"/>
      <w:r>
        <w:t>secondaria</w:t>
      </w:r>
      <w:proofErr w:type="spellEnd"/>
      <w:r>
        <w:t xml:space="preserve"> di secondo </w:t>
      </w:r>
      <w:proofErr w:type="spellStart"/>
      <w:r>
        <w:t>grado</w:t>
      </w:r>
      <w:proofErr w:type="spellEnd"/>
      <w:r>
        <w:t xml:space="preserve"> con la </w:t>
      </w:r>
      <w:proofErr w:type="spellStart"/>
      <w:r>
        <w:t>votazione</w:t>
      </w:r>
      <w:proofErr w:type="spellEnd"/>
      <w:r>
        <w:t xml:space="preserve"> di 100/100 e lode </w:t>
      </w:r>
      <w:proofErr w:type="spellStart"/>
      <w:r>
        <w:t>nell'Anno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2025/2026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l'I.I.S</w:t>
      </w:r>
      <w:proofErr w:type="spellEnd"/>
      <w:r>
        <w:t>. "</w:t>
      </w:r>
      <w:proofErr w:type="spellStart"/>
      <w:r>
        <w:t>Cristofaro</w:t>
      </w:r>
      <w:proofErr w:type="spellEnd"/>
      <w:r>
        <w:t xml:space="preserve"> </w:t>
      </w:r>
      <w:proofErr w:type="spellStart"/>
      <w:r>
        <w:t>Mennella</w:t>
      </w:r>
      <w:proofErr w:type="spellEnd"/>
      <w:r>
        <w:t>" di Ischia.</w:t>
      </w:r>
    </w:p>
    <w:p w14:paraId="3C27B9BA" w14:textId="77777777" w:rsidR="00491577" w:rsidRDefault="00D4419E" w:rsidP="004B44CF">
      <w:pPr>
        <w:spacing w:before="80" w:after="80"/>
        <w:jc w:val="center"/>
      </w:pPr>
      <w:r>
        <w:rPr>
          <w:b/>
          <w:sz w:val="21"/>
        </w:rPr>
        <w:t>DICHIARA</w:t>
      </w:r>
    </w:p>
    <w:p w14:paraId="5B0CEC29" w14:textId="77777777" w:rsidR="00491577" w:rsidRDefault="00D4419E">
      <w:pPr>
        <w:jc w:val="both"/>
      </w:pPr>
      <w:proofErr w:type="spellStart"/>
      <w:proofErr w:type="gramStart"/>
      <w:r>
        <w:t>ai</w:t>
      </w:r>
      <w:proofErr w:type="spellEnd"/>
      <w:proofErr w:type="gramEnd"/>
      <w:r>
        <w:t xml:space="preserve">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46 e 47 </w:t>
      </w:r>
      <w:proofErr w:type="gramStart"/>
      <w:r>
        <w:t>del</w:t>
      </w:r>
      <w:proofErr w:type="gramEnd"/>
      <w:r>
        <w:t xml:space="preserve"> D.P.R. 28 </w:t>
      </w:r>
      <w:proofErr w:type="spellStart"/>
      <w:r>
        <w:t>dicembre</w:t>
      </w:r>
      <w:proofErr w:type="spellEnd"/>
      <w:r>
        <w:t xml:space="preserve"> 2000, n. 445 e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richiamate</w:t>
      </w:r>
      <w:proofErr w:type="spellEnd"/>
      <w:r>
        <w:t xml:space="preserve"> </w:t>
      </w:r>
      <w:proofErr w:type="spellStart"/>
      <w:r>
        <w:t>dall'art</w:t>
      </w:r>
      <w:proofErr w:type="spellEnd"/>
      <w:r>
        <w:t xml:space="preserve">. </w:t>
      </w:r>
      <w:proofErr w:type="gramStart"/>
      <w:r>
        <w:t xml:space="preserve">76 del </w:t>
      </w:r>
      <w:proofErr w:type="spellStart"/>
      <w:r>
        <w:t>medesimo</w:t>
      </w:r>
      <w:proofErr w:type="spellEnd"/>
      <w:r>
        <w:t xml:space="preserve"> D.P.R.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>:</w:t>
      </w:r>
      <w:r>
        <w:br/>
        <w:t xml:space="preserve">•  di aver </w:t>
      </w:r>
      <w:proofErr w:type="spellStart"/>
      <w:r>
        <w:t>conseguito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diploma di </w:t>
      </w:r>
      <w:proofErr w:type="spellStart"/>
      <w:r>
        <w:t>istruzione</w:t>
      </w:r>
      <w:proofErr w:type="spellEnd"/>
      <w:r>
        <w:t xml:space="preserve"> </w:t>
      </w:r>
      <w:proofErr w:type="spellStart"/>
      <w:r>
        <w:t>secondaria</w:t>
      </w:r>
      <w:proofErr w:type="spellEnd"/>
      <w:r>
        <w:t xml:space="preserve"> di secondo </w:t>
      </w:r>
      <w:proofErr w:type="spellStart"/>
      <w:r>
        <w:t>grado</w:t>
      </w:r>
      <w:proofErr w:type="spellEnd"/>
      <w:r>
        <w:t xml:space="preserve"> con la </w:t>
      </w:r>
      <w:proofErr w:type="spellStart"/>
      <w:r>
        <w:t>votazione</w:t>
      </w:r>
      <w:proofErr w:type="spellEnd"/>
      <w:r>
        <w:t xml:space="preserve"> </w:t>
      </w:r>
      <w:r>
        <w:t xml:space="preserve">di 100/100 e lode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sessione</w:t>
      </w:r>
      <w:proofErr w:type="spellEnd"/>
      <w:r>
        <w:t xml:space="preserve"> </w:t>
      </w:r>
      <w:proofErr w:type="spellStart"/>
      <w:r>
        <w:t>d'esame</w:t>
      </w:r>
      <w:proofErr w:type="spellEnd"/>
      <w:r>
        <w:t xml:space="preserve"> </w:t>
      </w:r>
      <w:proofErr w:type="spellStart"/>
      <w:r>
        <w:t>dell'A.S</w:t>
      </w:r>
      <w:proofErr w:type="spellEnd"/>
      <w:r>
        <w:t>. 2025/2026 in data __________________;</w:t>
      </w:r>
      <w:r>
        <w:br/>
        <w:t xml:space="preserve">•  di non aver </w:t>
      </w:r>
      <w:proofErr w:type="spellStart"/>
      <w:r>
        <w:t>beneficiato</w:t>
      </w:r>
      <w:proofErr w:type="spellEnd"/>
      <w:r>
        <w:t xml:space="preserve"> di </w:t>
      </w:r>
      <w:proofErr w:type="spellStart"/>
      <w:r>
        <w:t>analogo</w:t>
      </w:r>
      <w:proofErr w:type="spellEnd"/>
      <w:r>
        <w:t xml:space="preserve"> </w:t>
      </w:r>
      <w:proofErr w:type="spellStart"/>
      <w:r>
        <w:t>contributo</w:t>
      </w:r>
      <w:proofErr w:type="spellEnd"/>
      <w:r>
        <w:t xml:space="preserve"> o bonus </w:t>
      </w:r>
      <w:proofErr w:type="spellStart"/>
      <w:r>
        <w:t>erogato</w:t>
      </w:r>
      <w:proofErr w:type="spellEnd"/>
      <w:r>
        <w:t xml:space="preserve"> per </w:t>
      </w:r>
      <w:proofErr w:type="spellStart"/>
      <w:r>
        <w:t>il</w:t>
      </w:r>
      <w:proofErr w:type="spellEnd"/>
      <w:r>
        <w:t xml:space="preserve"> </w:t>
      </w:r>
      <w:proofErr w:type="spellStart"/>
      <w:r>
        <w:t>medesimo</w:t>
      </w:r>
      <w:proofErr w:type="spellEnd"/>
      <w:r>
        <w:t xml:space="preserve"> </w:t>
      </w:r>
      <w:proofErr w:type="spellStart"/>
      <w:r>
        <w:t>titolo</w:t>
      </w:r>
      <w:proofErr w:type="spellEnd"/>
      <w:r>
        <w:t xml:space="preserve"> di studio da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</w:t>
      </w:r>
      <w:proofErr w:type="spellStart"/>
      <w:r>
        <w:t>istituti</w:t>
      </w:r>
      <w:proofErr w:type="spellEnd"/>
      <w:r>
        <w:t>;</w:t>
      </w:r>
      <w:r>
        <w:br/>
        <w:t xml:space="preserve">•  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l'importo</w:t>
      </w:r>
      <w:proofErr w:type="spellEnd"/>
      <w:r>
        <w:t xml:space="preserve"> </w:t>
      </w:r>
      <w:proofErr w:type="spellStart"/>
      <w:r>
        <w:t>sar</w:t>
      </w:r>
      <w:r>
        <w:t>à</w:t>
      </w:r>
      <w:proofErr w:type="spellEnd"/>
      <w:r>
        <w:t xml:space="preserve"> </w:t>
      </w:r>
      <w:proofErr w:type="spellStart"/>
      <w:r>
        <w:t>liquidato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accredito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conto</w:t>
      </w:r>
      <w:proofErr w:type="spellEnd"/>
      <w:r>
        <w:t xml:space="preserve"> </w:t>
      </w:r>
      <w:proofErr w:type="spellStart"/>
      <w:r>
        <w:t>corrente</w:t>
      </w:r>
      <w:proofErr w:type="spellEnd"/>
      <w:r>
        <w:t xml:space="preserve"> di </w:t>
      </w:r>
      <w:proofErr w:type="spellStart"/>
      <w:r>
        <w:t>seguito</w:t>
      </w:r>
      <w:proofErr w:type="spellEnd"/>
      <w:r>
        <w:t xml:space="preserve"> </w:t>
      </w:r>
      <w:proofErr w:type="spellStart"/>
      <w:r>
        <w:t>indicato</w:t>
      </w:r>
      <w:proofErr w:type="spellEnd"/>
      <w:r>
        <w:t>.</w:t>
      </w:r>
      <w:proofErr w:type="gramEnd"/>
    </w:p>
    <w:p w14:paraId="19CCC7B3" w14:textId="77777777" w:rsidR="00491577" w:rsidRDefault="00D4419E">
      <w:pPr>
        <w:spacing w:before="80" w:after="80"/>
      </w:pPr>
      <w:r>
        <w:rPr>
          <w:b/>
          <w:sz w:val="21"/>
        </w:rPr>
        <w:t>COORDINATE PER L'ACCREDITO DEL BONUS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768"/>
      </w:tblGrid>
      <w:tr w:rsidR="00491577" w14:paraId="3C95F45A" w14:textId="77777777">
        <w:trPr>
          <w:jc w:val="center"/>
        </w:trPr>
        <w:tc>
          <w:tcPr>
            <w:tcW w:w="3168" w:type="dxa"/>
            <w:tcBorders>
              <w:top w:val="single" w:sz="4" w:space="0" w:color="E0E0E0"/>
              <w:bottom w:val="single" w:sz="4" w:space="0" w:color="E0E0E0"/>
            </w:tcBorders>
          </w:tcPr>
          <w:p w14:paraId="6015D998" w14:textId="77777777" w:rsidR="00491577" w:rsidRDefault="00D4419E">
            <w:pPr>
              <w:spacing w:before="40" w:after="40"/>
            </w:pPr>
            <w:proofErr w:type="spellStart"/>
            <w:r>
              <w:rPr>
                <w:b/>
                <w:sz w:val="18"/>
              </w:rPr>
              <w:t>Intestatario</w:t>
            </w:r>
            <w:proofErr w:type="spellEnd"/>
            <w:r>
              <w:rPr>
                <w:b/>
                <w:sz w:val="18"/>
              </w:rPr>
              <w:t xml:space="preserve"> del </w:t>
            </w:r>
            <w:proofErr w:type="spellStart"/>
            <w:r>
              <w:rPr>
                <w:b/>
                <w:sz w:val="18"/>
              </w:rPr>
              <w:t>conto</w:t>
            </w:r>
            <w:proofErr w:type="spellEnd"/>
            <w:r>
              <w:rPr>
                <w:b/>
                <w:sz w:val="18"/>
              </w:rPr>
              <w:t>:</w:t>
            </w:r>
          </w:p>
        </w:tc>
        <w:tc>
          <w:tcPr>
            <w:tcW w:w="6768" w:type="dxa"/>
            <w:tcBorders>
              <w:top w:val="single" w:sz="4" w:space="0" w:color="E0E0E0"/>
              <w:bottom w:val="single" w:sz="4" w:space="0" w:color="E0E0E0"/>
            </w:tcBorders>
          </w:tcPr>
          <w:p w14:paraId="41498591" w14:textId="77777777" w:rsidR="00491577" w:rsidRDefault="00D4419E">
            <w:pPr>
              <w:spacing w:before="40" w:after="40"/>
            </w:pPr>
            <w:r>
              <w:rPr>
                <w:sz w:val="18"/>
              </w:rPr>
              <w:t>__________________________________________________</w:t>
            </w:r>
          </w:p>
        </w:tc>
      </w:tr>
      <w:tr w:rsidR="00491577" w14:paraId="093BDF54" w14:textId="77777777">
        <w:trPr>
          <w:jc w:val="center"/>
        </w:trPr>
        <w:tc>
          <w:tcPr>
            <w:tcW w:w="3168" w:type="dxa"/>
            <w:tcBorders>
              <w:top w:val="single" w:sz="4" w:space="0" w:color="E0E0E0"/>
              <w:bottom w:val="single" w:sz="4" w:space="0" w:color="E0E0E0"/>
            </w:tcBorders>
          </w:tcPr>
          <w:p w14:paraId="5FCBF104" w14:textId="77777777" w:rsidR="00491577" w:rsidRDefault="00D4419E">
            <w:pPr>
              <w:spacing w:before="40" w:after="40"/>
            </w:pPr>
            <w:proofErr w:type="spellStart"/>
            <w:r>
              <w:rPr>
                <w:b/>
                <w:sz w:val="18"/>
              </w:rPr>
              <w:t>Codice</w:t>
            </w:r>
            <w:proofErr w:type="spellEnd"/>
            <w:r>
              <w:rPr>
                <w:b/>
                <w:sz w:val="18"/>
              </w:rPr>
              <w:t xml:space="preserve"> IBAN:</w:t>
            </w:r>
          </w:p>
        </w:tc>
        <w:tc>
          <w:tcPr>
            <w:tcW w:w="6768" w:type="dxa"/>
            <w:tcBorders>
              <w:top w:val="single" w:sz="4" w:space="0" w:color="E0E0E0"/>
              <w:bottom w:val="single" w:sz="4" w:space="0" w:color="E0E0E0"/>
            </w:tcBorders>
          </w:tcPr>
          <w:p w14:paraId="2DEA1BDE" w14:textId="77777777" w:rsidR="00491577" w:rsidRDefault="00D4419E">
            <w:pPr>
              <w:spacing w:before="40" w:after="40"/>
            </w:pPr>
            <w:r>
              <w:rPr>
                <w:sz w:val="18"/>
              </w:rPr>
              <w:t>IT |__|__| |__| |__|__|__|__|__| |__|__|__|__|__| |__|__|__</w:t>
            </w:r>
            <w:r>
              <w:rPr>
                <w:sz w:val="18"/>
              </w:rPr>
              <w:t>|__|__|__|__|__|__|__|__|</w:t>
            </w:r>
          </w:p>
        </w:tc>
      </w:tr>
      <w:tr w:rsidR="00491577" w14:paraId="009250B9" w14:textId="77777777">
        <w:trPr>
          <w:jc w:val="center"/>
        </w:trPr>
        <w:tc>
          <w:tcPr>
            <w:tcW w:w="3168" w:type="dxa"/>
            <w:tcBorders>
              <w:top w:val="single" w:sz="4" w:space="0" w:color="E0E0E0"/>
              <w:bottom w:val="single" w:sz="4" w:space="0" w:color="E0E0E0"/>
            </w:tcBorders>
          </w:tcPr>
          <w:p w14:paraId="58F35E86" w14:textId="77777777" w:rsidR="00491577" w:rsidRDefault="00D4419E">
            <w:pPr>
              <w:spacing w:before="40" w:after="40"/>
            </w:pPr>
            <w:proofErr w:type="spellStart"/>
            <w:r>
              <w:rPr>
                <w:b/>
                <w:sz w:val="18"/>
              </w:rPr>
              <w:t>Istituto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Bancario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Postale</w:t>
            </w:r>
            <w:proofErr w:type="spellEnd"/>
            <w:r>
              <w:rPr>
                <w:b/>
                <w:sz w:val="18"/>
              </w:rPr>
              <w:t>:</w:t>
            </w:r>
          </w:p>
        </w:tc>
        <w:tc>
          <w:tcPr>
            <w:tcW w:w="6768" w:type="dxa"/>
            <w:tcBorders>
              <w:top w:val="single" w:sz="4" w:space="0" w:color="E0E0E0"/>
              <w:bottom w:val="single" w:sz="4" w:space="0" w:color="E0E0E0"/>
            </w:tcBorders>
          </w:tcPr>
          <w:p w14:paraId="0B7E1FB0" w14:textId="77777777" w:rsidR="00491577" w:rsidRDefault="00D4419E">
            <w:pPr>
              <w:spacing w:before="40" w:after="40"/>
            </w:pPr>
            <w:r>
              <w:rPr>
                <w:sz w:val="18"/>
              </w:rPr>
              <w:t>__________________________________________________</w:t>
            </w:r>
          </w:p>
        </w:tc>
      </w:tr>
      <w:tr w:rsidR="00491577" w14:paraId="6341F7C3" w14:textId="77777777">
        <w:trPr>
          <w:jc w:val="center"/>
        </w:trPr>
        <w:tc>
          <w:tcPr>
            <w:tcW w:w="3168" w:type="dxa"/>
            <w:tcBorders>
              <w:top w:val="single" w:sz="4" w:space="0" w:color="E0E0E0"/>
              <w:bottom w:val="single" w:sz="4" w:space="0" w:color="E0E0E0"/>
            </w:tcBorders>
          </w:tcPr>
          <w:p w14:paraId="082F7C03" w14:textId="77777777" w:rsidR="00491577" w:rsidRDefault="00D4419E">
            <w:pPr>
              <w:spacing w:before="40" w:after="40"/>
            </w:pPr>
            <w:proofErr w:type="spellStart"/>
            <w:r>
              <w:rPr>
                <w:b/>
                <w:sz w:val="18"/>
              </w:rPr>
              <w:t>Agenzia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Filiale</w:t>
            </w:r>
            <w:proofErr w:type="spellEnd"/>
            <w:r>
              <w:rPr>
                <w:b/>
                <w:sz w:val="18"/>
              </w:rPr>
              <w:t>:</w:t>
            </w:r>
          </w:p>
        </w:tc>
        <w:tc>
          <w:tcPr>
            <w:tcW w:w="6768" w:type="dxa"/>
            <w:tcBorders>
              <w:top w:val="single" w:sz="4" w:space="0" w:color="E0E0E0"/>
              <w:bottom w:val="single" w:sz="4" w:space="0" w:color="E0E0E0"/>
            </w:tcBorders>
          </w:tcPr>
          <w:p w14:paraId="20B5386A" w14:textId="77777777" w:rsidR="00491577" w:rsidRDefault="00D4419E">
            <w:pPr>
              <w:spacing w:before="40" w:after="40"/>
            </w:pPr>
            <w:r>
              <w:rPr>
                <w:sz w:val="18"/>
              </w:rPr>
              <w:t>__________________________________________________</w:t>
            </w:r>
          </w:p>
        </w:tc>
      </w:tr>
      <w:tr w:rsidR="00491577" w14:paraId="2D8013EB" w14:textId="77777777">
        <w:trPr>
          <w:jc w:val="center"/>
        </w:trPr>
        <w:tc>
          <w:tcPr>
            <w:tcW w:w="3168" w:type="dxa"/>
            <w:tcBorders>
              <w:top w:val="single" w:sz="4" w:space="0" w:color="E0E0E0"/>
              <w:bottom w:val="single" w:sz="4" w:space="0" w:color="E0E0E0"/>
            </w:tcBorders>
          </w:tcPr>
          <w:p w14:paraId="74CACD57" w14:textId="77777777" w:rsidR="00491577" w:rsidRDefault="00D4419E">
            <w:pPr>
              <w:spacing w:before="40" w:after="40"/>
            </w:pPr>
            <w:proofErr w:type="spellStart"/>
            <w:r>
              <w:rPr>
                <w:b/>
                <w:sz w:val="18"/>
              </w:rPr>
              <w:t>Codici</w:t>
            </w:r>
            <w:proofErr w:type="spellEnd"/>
            <w:r>
              <w:rPr>
                <w:b/>
                <w:sz w:val="18"/>
              </w:rPr>
              <w:t xml:space="preserve"> ABI / CAB (se </w:t>
            </w:r>
            <w:proofErr w:type="spellStart"/>
            <w:r>
              <w:rPr>
                <w:b/>
                <w:sz w:val="18"/>
              </w:rPr>
              <w:t>noti</w:t>
            </w:r>
            <w:proofErr w:type="spellEnd"/>
            <w:r>
              <w:rPr>
                <w:b/>
                <w:sz w:val="18"/>
              </w:rPr>
              <w:t>):</w:t>
            </w:r>
          </w:p>
        </w:tc>
        <w:tc>
          <w:tcPr>
            <w:tcW w:w="6768" w:type="dxa"/>
            <w:tcBorders>
              <w:top w:val="single" w:sz="4" w:space="0" w:color="E0E0E0"/>
              <w:bottom w:val="single" w:sz="4" w:space="0" w:color="E0E0E0"/>
            </w:tcBorders>
          </w:tcPr>
          <w:p w14:paraId="23346E81" w14:textId="77777777" w:rsidR="00491577" w:rsidRDefault="00D4419E">
            <w:pPr>
              <w:spacing w:before="40" w:after="40"/>
            </w:pPr>
            <w:r>
              <w:rPr>
                <w:sz w:val="18"/>
              </w:rPr>
              <w:t>ABI: ______________________  CAB: _______________</w:t>
            </w:r>
            <w:r>
              <w:rPr>
                <w:sz w:val="18"/>
              </w:rPr>
              <w:t>_______</w:t>
            </w:r>
          </w:p>
        </w:tc>
      </w:tr>
    </w:tbl>
    <w:p w14:paraId="2588FC09" w14:textId="77777777" w:rsidR="00491577" w:rsidRDefault="00D4419E">
      <w:pPr>
        <w:spacing w:before="160" w:after="160"/>
      </w:pPr>
      <w:r>
        <w:t xml:space="preserve">[   </w:t>
      </w:r>
      <w:proofErr w:type="gramStart"/>
      <w:r>
        <w:t>]  Il</w:t>
      </w:r>
      <w:proofErr w:type="gramEnd"/>
      <w:r>
        <w:t xml:space="preserve"> </w:t>
      </w:r>
      <w:proofErr w:type="spellStart"/>
      <w:r>
        <w:t>conto</w:t>
      </w:r>
      <w:proofErr w:type="spellEnd"/>
      <w:r>
        <w:t xml:space="preserve"> </w:t>
      </w:r>
      <w:proofErr w:type="spellStart"/>
      <w:r>
        <w:t>corrente</w:t>
      </w:r>
      <w:proofErr w:type="spellEnd"/>
      <w:r>
        <w:t xml:space="preserve"> è </w:t>
      </w:r>
      <w:proofErr w:type="spellStart"/>
      <w:r>
        <w:t>intestato</w:t>
      </w:r>
      <w:proofErr w:type="spellEnd"/>
      <w:r>
        <w:t xml:space="preserve"> (o </w:t>
      </w:r>
      <w:proofErr w:type="spellStart"/>
      <w:r>
        <w:t>cointestato</w:t>
      </w:r>
      <w:proofErr w:type="spellEnd"/>
      <w:r>
        <w:t xml:space="preserve">) al </w:t>
      </w:r>
      <w:proofErr w:type="spellStart"/>
      <w:r>
        <w:t>sottoscritto</w:t>
      </w:r>
      <w:proofErr w:type="spellEnd"/>
      <w:r>
        <w:t xml:space="preserve"> </w:t>
      </w:r>
      <w:proofErr w:type="spellStart"/>
      <w:r>
        <w:t>richiedente</w:t>
      </w:r>
      <w:proofErr w:type="spellEnd"/>
      <w:r>
        <w:t>/</w:t>
      </w:r>
      <w:proofErr w:type="spellStart"/>
      <w:r>
        <w:t>beneficiario</w:t>
      </w:r>
      <w:proofErr w:type="spellEnd"/>
      <w:r>
        <w:br/>
        <w:t xml:space="preserve">[   ]  Il </w:t>
      </w:r>
      <w:proofErr w:type="spellStart"/>
      <w:r>
        <w:t>conto</w:t>
      </w:r>
      <w:proofErr w:type="spellEnd"/>
      <w:r>
        <w:t xml:space="preserve"> </w:t>
      </w:r>
      <w:proofErr w:type="spellStart"/>
      <w:r>
        <w:t>corrente</w:t>
      </w:r>
      <w:proofErr w:type="spellEnd"/>
      <w:r>
        <w:t xml:space="preserve"> è </w:t>
      </w:r>
      <w:proofErr w:type="spellStart"/>
      <w:r>
        <w:t>intestato</w:t>
      </w:r>
      <w:proofErr w:type="spellEnd"/>
      <w:r>
        <w:t xml:space="preserve"> a persona </w:t>
      </w:r>
      <w:proofErr w:type="spellStart"/>
      <w:r>
        <w:t>terza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dal </w:t>
      </w:r>
      <w:proofErr w:type="spellStart"/>
      <w:r>
        <w:t>beneficiario</w:t>
      </w:r>
      <w:proofErr w:type="spellEnd"/>
      <w:r>
        <w:br/>
      </w:r>
      <w:r>
        <w:rPr>
          <w:i/>
          <w:sz w:val="17"/>
        </w:rPr>
        <w:t xml:space="preserve">       (In </w:t>
      </w:r>
      <w:proofErr w:type="spellStart"/>
      <w:r>
        <w:rPr>
          <w:i/>
          <w:sz w:val="17"/>
        </w:rPr>
        <w:t>tal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caso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allegare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dichiarazione</w:t>
      </w:r>
      <w:proofErr w:type="spellEnd"/>
      <w:r>
        <w:rPr>
          <w:i/>
          <w:sz w:val="17"/>
        </w:rPr>
        <w:t xml:space="preserve"> di </w:t>
      </w:r>
      <w:proofErr w:type="spellStart"/>
      <w:r>
        <w:rPr>
          <w:i/>
          <w:sz w:val="17"/>
        </w:rPr>
        <w:t>delega</w:t>
      </w:r>
      <w:proofErr w:type="spellEnd"/>
      <w:r>
        <w:rPr>
          <w:i/>
          <w:sz w:val="17"/>
        </w:rPr>
        <w:t xml:space="preserve"> e </w:t>
      </w:r>
      <w:proofErr w:type="spellStart"/>
      <w:r>
        <w:rPr>
          <w:i/>
          <w:sz w:val="17"/>
        </w:rPr>
        <w:t>autorizzazione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all'a</w:t>
      </w:r>
      <w:r>
        <w:rPr>
          <w:i/>
          <w:sz w:val="17"/>
        </w:rPr>
        <w:t>ccredito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firmata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dall'intestatario</w:t>
      </w:r>
      <w:proofErr w:type="spellEnd"/>
      <w:r>
        <w:rPr>
          <w:i/>
          <w:sz w:val="17"/>
        </w:rPr>
        <w:t xml:space="preserve"> del </w:t>
      </w:r>
      <w:proofErr w:type="spellStart"/>
      <w:r>
        <w:rPr>
          <w:i/>
          <w:sz w:val="17"/>
        </w:rPr>
        <w:t>conto</w:t>
      </w:r>
      <w:proofErr w:type="spellEnd"/>
      <w:r>
        <w:rPr>
          <w:i/>
          <w:sz w:val="17"/>
        </w:rPr>
        <w:t xml:space="preserve">, </w:t>
      </w:r>
      <w:proofErr w:type="spellStart"/>
      <w:r>
        <w:rPr>
          <w:i/>
          <w:sz w:val="17"/>
        </w:rPr>
        <w:t>unitamente</w:t>
      </w:r>
      <w:proofErr w:type="spellEnd"/>
      <w:r>
        <w:rPr>
          <w:i/>
          <w:sz w:val="17"/>
        </w:rPr>
        <w:t xml:space="preserve"> a </w:t>
      </w:r>
      <w:proofErr w:type="spellStart"/>
      <w:r>
        <w:rPr>
          <w:i/>
          <w:sz w:val="17"/>
        </w:rPr>
        <w:t>copia</w:t>
      </w:r>
      <w:proofErr w:type="spellEnd"/>
      <w:r>
        <w:rPr>
          <w:i/>
          <w:sz w:val="17"/>
        </w:rPr>
        <w:t xml:space="preserve"> del </w:t>
      </w:r>
      <w:proofErr w:type="spellStart"/>
      <w:r>
        <w:rPr>
          <w:i/>
          <w:sz w:val="17"/>
        </w:rPr>
        <w:t>documento</w:t>
      </w:r>
      <w:proofErr w:type="spellEnd"/>
      <w:r>
        <w:rPr>
          <w:i/>
          <w:sz w:val="17"/>
        </w:rPr>
        <w:t xml:space="preserve"> di </w:t>
      </w:r>
      <w:proofErr w:type="spellStart"/>
      <w:r>
        <w:rPr>
          <w:i/>
          <w:sz w:val="17"/>
        </w:rPr>
        <w:t>riconoscimento</w:t>
      </w:r>
      <w:proofErr w:type="spellEnd"/>
      <w:r>
        <w:rPr>
          <w:i/>
          <w:sz w:val="17"/>
        </w:rPr>
        <w:t xml:space="preserve"> di </w:t>
      </w:r>
      <w:proofErr w:type="spellStart"/>
      <w:r>
        <w:rPr>
          <w:i/>
          <w:sz w:val="17"/>
        </w:rPr>
        <w:t>quest'ultimo</w:t>
      </w:r>
      <w:proofErr w:type="spellEnd"/>
      <w:r>
        <w:rPr>
          <w:i/>
          <w:sz w:val="17"/>
        </w:rPr>
        <w:t>).</w:t>
      </w:r>
    </w:p>
    <w:p w14:paraId="13399AB2" w14:textId="77777777" w:rsidR="00491577" w:rsidRDefault="00D4419E">
      <w:pPr>
        <w:spacing w:before="80" w:after="280"/>
      </w:pPr>
      <w:proofErr w:type="spellStart"/>
      <w:r>
        <w:rPr>
          <w:b/>
          <w:sz w:val="18"/>
        </w:rPr>
        <w:lastRenderedPageBreak/>
        <w:t>Allegati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obbligatori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alla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presente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domanda</w:t>
      </w:r>
      <w:proofErr w:type="spellEnd"/>
      <w:r>
        <w:rPr>
          <w:b/>
          <w:sz w:val="18"/>
        </w:rPr>
        <w:t>:</w:t>
      </w:r>
      <w:r>
        <w:rPr>
          <w:b/>
          <w:sz w:val="18"/>
        </w:rPr>
        <w:br/>
      </w:r>
      <w:r>
        <w:rPr>
          <w:sz w:val="17"/>
        </w:rPr>
        <w:t xml:space="preserve">1. </w:t>
      </w:r>
      <w:proofErr w:type="spellStart"/>
      <w:r>
        <w:rPr>
          <w:sz w:val="17"/>
        </w:rPr>
        <w:t>Copia</w:t>
      </w:r>
      <w:proofErr w:type="spellEnd"/>
      <w:r>
        <w:rPr>
          <w:sz w:val="17"/>
        </w:rPr>
        <w:t xml:space="preserve"> del </w:t>
      </w:r>
      <w:proofErr w:type="spellStart"/>
      <w:r>
        <w:rPr>
          <w:sz w:val="17"/>
        </w:rPr>
        <w:t>documento</w:t>
      </w:r>
      <w:proofErr w:type="spellEnd"/>
      <w:r>
        <w:rPr>
          <w:sz w:val="17"/>
        </w:rPr>
        <w:t xml:space="preserve"> di </w:t>
      </w:r>
      <w:proofErr w:type="spellStart"/>
      <w:r>
        <w:rPr>
          <w:sz w:val="17"/>
        </w:rPr>
        <w:t>riconoscimento</w:t>
      </w:r>
      <w:proofErr w:type="spellEnd"/>
      <w:r>
        <w:rPr>
          <w:sz w:val="17"/>
        </w:rPr>
        <w:t xml:space="preserve"> in </w:t>
      </w:r>
      <w:proofErr w:type="spellStart"/>
      <w:r>
        <w:rPr>
          <w:sz w:val="17"/>
        </w:rPr>
        <w:t>corso</w:t>
      </w:r>
      <w:proofErr w:type="spellEnd"/>
      <w:r>
        <w:rPr>
          <w:sz w:val="17"/>
        </w:rPr>
        <w:t xml:space="preserve"> di </w:t>
      </w:r>
      <w:proofErr w:type="spellStart"/>
      <w:r>
        <w:rPr>
          <w:sz w:val="17"/>
        </w:rPr>
        <w:t>validità</w:t>
      </w:r>
      <w:proofErr w:type="spellEnd"/>
      <w:r>
        <w:rPr>
          <w:sz w:val="17"/>
        </w:rPr>
        <w:t xml:space="preserve"> del </w:t>
      </w:r>
      <w:proofErr w:type="spellStart"/>
      <w:r>
        <w:rPr>
          <w:sz w:val="17"/>
        </w:rPr>
        <w:t>beneficiario</w:t>
      </w:r>
      <w:proofErr w:type="spellEnd"/>
      <w:r>
        <w:rPr>
          <w:sz w:val="17"/>
        </w:rPr>
        <w:t>;</w:t>
      </w:r>
      <w:r>
        <w:rPr>
          <w:sz w:val="17"/>
        </w:rPr>
        <w:br/>
        <w:t xml:space="preserve">2. </w:t>
      </w:r>
      <w:proofErr w:type="spellStart"/>
      <w:r>
        <w:rPr>
          <w:sz w:val="17"/>
        </w:rPr>
        <w:t>Copia</w:t>
      </w:r>
      <w:proofErr w:type="spellEnd"/>
      <w:r>
        <w:rPr>
          <w:sz w:val="17"/>
        </w:rPr>
        <w:t xml:space="preserve"> del </w:t>
      </w:r>
      <w:proofErr w:type="spellStart"/>
      <w:r>
        <w:rPr>
          <w:sz w:val="17"/>
        </w:rPr>
        <w:t>codice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fiscale</w:t>
      </w:r>
      <w:proofErr w:type="spellEnd"/>
      <w:r>
        <w:rPr>
          <w:sz w:val="17"/>
        </w:rPr>
        <w:t>/</w:t>
      </w:r>
      <w:proofErr w:type="spellStart"/>
      <w:r>
        <w:rPr>
          <w:sz w:val="17"/>
        </w:rPr>
        <w:t>tessera</w:t>
      </w:r>
      <w:proofErr w:type="spellEnd"/>
      <w:r>
        <w:rPr>
          <w:sz w:val="17"/>
        </w:rPr>
        <w:t xml:space="preserve"> sanitaria del </w:t>
      </w:r>
      <w:proofErr w:type="spellStart"/>
      <w:r>
        <w:rPr>
          <w:sz w:val="17"/>
        </w:rPr>
        <w:t>beneficiario</w:t>
      </w:r>
      <w:proofErr w:type="spellEnd"/>
      <w:r>
        <w:rPr>
          <w:sz w:val="17"/>
        </w:rPr>
        <w:t>;</w:t>
      </w:r>
      <w:r>
        <w:rPr>
          <w:sz w:val="17"/>
        </w:rPr>
        <w:br/>
        <w:t xml:space="preserve">3. </w:t>
      </w:r>
      <w:proofErr w:type="spellStart"/>
      <w:r>
        <w:rPr>
          <w:sz w:val="17"/>
        </w:rPr>
        <w:t>Eventuale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delega</w:t>
      </w:r>
      <w:proofErr w:type="spellEnd"/>
      <w:r>
        <w:rPr>
          <w:sz w:val="17"/>
        </w:rPr>
        <w:t xml:space="preserve"> e </w:t>
      </w:r>
      <w:proofErr w:type="spellStart"/>
      <w:r>
        <w:rPr>
          <w:sz w:val="17"/>
        </w:rPr>
        <w:t>documento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dell'intestatario</w:t>
      </w:r>
      <w:proofErr w:type="spellEnd"/>
      <w:r>
        <w:rPr>
          <w:sz w:val="17"/>
        </w:rPr>
        <w:t xml:space="preserve"> del </w:t>
      </w:r>
      <w:proofErr w:type="spellStart"/>
      <w:r>
        <w:rPr>
          <w:sz w:val="17"/>
        </w:rPr>
        <w:t>conto</w:t>
      </w:r>
      <w:proofErr w:type="spellEnd"/>
      <w:r>
        <w:rPr>
          <w:sz w:val="17"/>
        </w:rPr>
        <w:t xml:space="preserve"> (se persona </w:t>
      </w:r>
      <w:proofErr w:type="spellStart"/>
      <w:r>
        <w:rPr>
          <w:sz w:val="17"/>
        </w:rPr>
        <w:t>diversa</w:t>
      </w:r>
      <w:proofErr w:type="spellEnd"/>
      <w:r>
        <w:rPr>
          <w:sz w:val="17"/>
        </w:rPr>
        <w:t xml:space="preserve"> dal </w:t>
      </w:r>
      <w:proofErr w:type="spellStart"/>
      <w:r>
        <w:rPr>
          <w:sz w:val="17"/>
        </w:rPr>
        <w:t>beneficiario</w:t>
      </w:r>
      <w:proofErr w:type="spellEnd"/>
      <w:r>
        <w:rPr>
          <w:sz w:val="17"/>
        </w:rPr>
        <w:t>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5328"/>
      </w:tblGrid>
      <w:tr w:rsidR="00491577" w14:paraId="64CF949A" w14:textId="77777777">
        <w:trPr>
          <w:jc w:val="center"/>
        </w:trPr>
        <w:tc>
          <w:tcPr>
            <w:tcW w:w="4608" w:type="dxa"/>
          </w:tcPr>
          <w:p w14:paraId="23F065B3" w14:textId="77777777" w:rsidR="00491577" w:rsidRDefault="00D4419E">
            <w:proofErr w:type="spellStart"/>
            <w:r>
              <w:rPr>
                <w:sz w:val="19"/>
              </w:rPr>
              <w:t>Luogo</w:t>
            </w:r>
            <w:proofErr w:type="spellEnd"/>
            <w:r>
              <w:rPr>
                <w:sz w:val="19"/>
              </w:rPr>
              <w:t xml:space="preserve"> e data: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__________________, ___/___/2026</w:t>
            </w:r>
          </w:p>
        </w:tc>
        <w:tc>
          <w:tcPr>
            <w:tcW w:w="5328" w:type="dxa"/>
          </w:tcPr>
          <w:p w14:paraId="587A3EFF" w14:textId="77777777" w:rsidR="00491577" w:rsidRDefault="00D4419E">
            <w:pPr>
              <w:jc w:val="right"/>
            </w:pPr>
            <w:r>
              <w:rPr>
                <w:sz w:val="19"/>
              </w:rPr>
              <w:t xml:space="preserve">Firma del </w:t>
            </w:r>
            <w:proofErr w:type="spellStart"/>
            <w:r>
              <w:rPr>
                <w:sz w:val="19"/>
              </w:rPr>
              <w:t>richiedente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beneficiario</w:t>
            </w:r>
            <w:proofErr w:type="spellEnd"/>
            <w:r>
              <w:rPr>
                <w:sz w:val="19"/>
              </w:rPr>
              <w:t>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___________________</w:t>
            </w:r>
            <w:r>
              <w:rPr>
                <w:sz w:val="19"/>
              </w:rPr>
              <w:t>__________________________</w:t>
            </w:r>
          </w:p>
        </w:tc>
      </w:tr>
    </w:tbl>
    <w:p w14:paraId="0A84BB3B" w14:textId="77777777" w:rsidR="00667559" w:rsidRDefault="00667559"/>
    <w:sectPr w:rsidR="00667559" w:rsidSect="00581659">
      <w:pgSz w:w="12240" w:h="15840"/>
      <w:pgMar w:top="426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1577"/>
    <w:rsid w:val="004B44CF"/>
    <w:rsid w:val="00581659"/>
    <w:rsid w:val="00667559"/>
    <w:rsid w:val="00A11352"/>
    <w:rsid w:val="00AA1D8D"/>
    <w:rsid w:val="00B47730"/>
    <w:rsid w:val="00C23517"/>
    <w:rsid w:val="00CB0664"/>
    <w:rsid w:val="00D4419E"/>
    <w:rsid w:val="00D61E73"/>
    <w:rsid w:val="00DF62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FB534A"/>
  <w14:defaultImageDpi w14:val="300"/>
  <w15:docId w15:val="{027D1790-9986-4CC1-8254-861EA716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rial" w:hAnsi="Arial"/>
      <w:color w:val="222222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581659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816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is01200b@pec.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81CDD9-3279-41A7-999B-3629392FB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3083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Account Microsoft</cp:lastModifiedBy>
  <cp:revision>4</cp:revision>
  <cp:lastPrinted>2026-11-04T09:08:00Z</cp:lastPrinted>
  <dcterms:created xsi:type="dcterms:W3CDTF">2026-11-04T09:27:00Z</dcterms:created>
  <dcterms:modified xsi:type="dcterms:W3CDTF">2026-11-06T17:35:00Z</dcterms:modified>
  <cp:category/>
</cp:coreProperties>
</file>